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ביקוש והיצע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המושגים ביקוש, היצע ומחיר שיווי 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מה קורה למחיר כשיש מחסור או 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איך שינוי בפופולריות משפיע על הביקוש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כמות המוצר שרוצים לקנות במחיר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כמה מוכנים למכור במחיר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מחסור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היא זזה ומראה ביקוש גבוה יותר בכל 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הביקוש וההיצע שווים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ככל שמוצר יקר יותר, פחות אנשים רוצים לקנות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מחיר גבוה יותר מעודד מוכרים להציע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מחסור הוא כשהביקוש גדול מההיצע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יותר מוצרים ממה שרוצים לקנות, אז המוכרים מורידים 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הופעה פופולרית יותר מגדילה את הביקוש בכל 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זהו המחיר שבו הכמות המבוקשת שווה לכמות המוצעת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שיווי 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ביקוש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לעלות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(ביקוש גדול מהיצע)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(היצע גדול מביקוש)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(ביקוש שווה להיצע)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(הביקוש גדל בכל מחיר)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(כמות קונים גבוהה, כמות מוכרים נמוכה)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נוצר מחסור כי הביקוש גבוה בהרבה מההיצע, לכן המחיר צפוי לעלות עד שיגיע לנקודת שיווי 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הביקוש יעלה בכל מחיר (עקומת הביקוש תזוז ימינה), ולכן גם מחיר שיווי המשקל יעלה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המחיר צפוי לרדת כי יהיה יותר היצע ביחס לביקוש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מוצר (כמו מסכה בזמן מגפה, או מוצר עונתי), יסביר מתי נוצר מחסור ומתי עודף, ויקשר נכון לשינוי במחיר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ביקוש-רצון לקנות, היצע-כמות למכירה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המחיר עולה כשיש מחסור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פופולריות גבוהה מעלה את הביקוש בכל מחיר ומעלה את מחיר שיווי המשקל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להריץ את הסימולציה בכיתה ולתת לתלמידים להזיז את המחיר בעצמם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הדוגמה של הכרטיסים למוצרים מחיי היומיום של התלמידים כדי להמחיש את העקרון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ביקוש והיצע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הופעה וכרטיסים. כשהמחיר משתנה, גם כמות הקונים וגם כמות המוכרים משתנה. נלמד על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ביקוש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אנשים רוצים לקנות מוצר במחיר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היצע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יחידות של מוצר מוכנים למכור במחיר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 שיווי משקל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המחיר שבו הביקוש וההיצע שווים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מחסור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הביקוש גדול מההיצע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עודף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ההיצע גדול מהביקוש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עקומת ביקוש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גרפי שמראה כמה רוצים לקנות בכל מחיר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פופולריות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המוצר או ההופעה מבוקשים אצל הציבור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ביקוש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כמות המוצר שרוצים לקנות במחיר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כמות המוצר שמוכנים למכור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הסופי של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המוכרים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היצע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רוצים לקנות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מוכנים למכור במחיר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כסף יש לקונים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הקונים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כשרוצים יותר ממה שיש, קוראים לזה?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שיווי 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למחיר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אם חסר - המחיר עולה או יורד?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להישאר אותו הדבר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להיעלם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כשההופעה מפורסמת יותר, מה קורה לביקוש?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נעלמת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זזה ומראה ביקוש גבוה יותר בכל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לא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ההיצע עולה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יש שיווי משקל?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קונים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הביקוש וההיצע 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ההיצע גבוה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המחיר הכי נמוך האפשרי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כשהמחיר עולה, בדרך כלל הביקוש יורד.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כשהמחיר עולה, בדרך כלל ההיצע יורד.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מחסור קורה כשההיצע גדול מהביקוש.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עודף גורם למחיר לרדת.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פופולריות של הופעה לא משפיעה על הביקוש לכרטיסים.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שיווי משקל הוא תמיד המחיר הכי גבוה האפשרי.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הביקוש גדול מההיצע, נוצר __________ בשוק.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ההיצע גדול מהביקוש, נוצר __________ בשוק.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המחיר שבו הביקוש שווה להיצע נקרא מחיר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הופעה פופולרית יותר גורמת לעקומת ה__________ לזוז ולהראות ביקוש גבוה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כאשר יש מחסור בכרטיסים, המחיר צפוי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מחסור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ביקוש שווה להיצע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עודף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ביקוש גדול מהיצע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שיווי משקל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היצע גדול מביקוש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עליית פופולריות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כמות קונים גבוהה, כמות מוכרים נמוכה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מחיר נמוך מאוד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הביקוש גדל בכל מחיר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בסימולציה המחיר היה 60 ₪, הביקוש 140 כרטיסים וההיצע 60 כרטיסים. הסבירו מה קרה ומה צפוי למחיר.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יקרה לביקוש ולמחיר אם זמר ידוע מאוד יצטרף להופעה?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אם מארגני ההופעה יעלו את מספר הכרטיסים הזמינים (היצע) בלי שהביקוש ישתנה, מה יקרה למחיר?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בעזרת דוגמה משלכם (לא הופעה) מצב של מחסור ומצב של עודף בשוק, והסבירו מה קורה למחיר בכל מצב.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ביקוש להיצע?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למחיר כשיש מחסור?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פופולריות משפיעה על הביקוש?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ביקוש והיצע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